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KF-E-01</w:t>
      </w:r>
    </w:p>
    <w:p>
      <w:pPr>
        <w:jc w:val="center"/>
      </w:pPr>
      <w:r>
        <w:rPr>
          <w:b/>
          <w:color w:val="16295C"/>
          <w:sz w:val="36"/>
        </w:rPr>
        <w:t>외국인 계절근로자 고용신청서</w:t>
      </w:r>
    </w:p>
    <w:p/>
    <w:p>
      <w:r>
        <w:t>외국인 계절근로자 고용을 희망하는 농가(고용주)는 아래 사항을 기재하여 신청합니다.</w:t>
      </w:r>
    </w:p>
    <w:p>
      <w:r>
        <w:rPr>
          <w:b/>
          <w:color w:val="1D4ED8"/>
          <w:sz w:val="22"/>
        </w:rPr>
        <w:t>1. 고용주(농가)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농 가 명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대표자 성명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생년월일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연락처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농가 주소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농어업경영체 등록번호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2. 고용 희망 내용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작 목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재배 면적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고용 인원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명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고용 기간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주요 업무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3. 숙소 제공 여부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숙소 제공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제공 / 미제공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수용 가능 인원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명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신청일: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신청인 성명: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서 명:</w:t>
              <w:br/>
              <w:br/>
              <w:t>(    )</w:t>
            </w:r>
          </w:p>
        </w:tc>
      </w:tr>
    </w:tbl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