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KF-E-02</w:t>
      </w:r>
    </w:p>
    <w:p>
      <w:pPr>
        <w:jc w:val="center"/>
      </w:pPr>
      <w:r>
        <w:rPr>
          <w:b/>
          <w:color w:val="16295C"/>
          <w:sz w:val="36"/>
        </w:rPr>
        <w:t>고용주 준수서약서</w:t>
      </w:r>
    </w:p>
    <w:p/>
    <w:p>
      <w:r>
        <w:t>본인은 외국인 계절근로자 고용과 관련하여 아래 사항을 준수할 것을 서약합니다.</w:t>
      </w:r>
    </w:p>
    <w:p>
      <w:r>
        <w:t>☐  근로기준법 등 관계 법령을 준수하고 근로계약서를 작성·교부한다.</w:t>
      </w:r>
    </w:p>
    <w:p>
      <w:r>
        <w:t>☐  임금을 체감 없이 기일에 지급하고 최저임금 이상을 보장한다.</w:t>
      </w:r>
    </w:p>
    <w:p>
      <w:r>
        <w:t>☐  외국인 근로자의 인권을 존중하며 차별·폭언·폭행을 하지 않는다.</w:t>
      </w:r>
    </w:p>
    <w:p>
      <w:r>
        <w:t>☐  안전하고 위생적인 숙소와 작업환경을 제공한다.</w:t>
      </w:r>
    </w:p>
    <w:p>
      <w:r>
        <w:t>☐  고용보험·산재보험 등 의무 가입 사항을 이행한다.</w:t>
      </w:r>
    </w:p>
    <w:p>
      <w:r>
        <w:t>☐  근로자의 이탈·사고 발생 시 즉시 관할 지자체 및 K-WORKER에 통보한다.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서약일: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고용주 성명: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서 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