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KF-E-08</w:t>
      </w:r>
    </w:p>
    <w:p>
      <w:pPr>
        <w:jc w:val="center"/>
      </w:pPr>
      <w:r>
        <w:rPr>
          <w:b/>
          <w:color w:val="16295C"/>
          <w:sz w:val="36"/>
        </w:rPr>
        <w:t>숙소제공 확인서</w:t>
      </w:r>
    </w:p>
    <w:p/>
    <w:p>
      <w:r>
        <w:t>고용주는 근로자에게 아래 숙소를 제공함을 확인합니다.</w:t>
      </w:r>
    </w:p>
    <w:p>
      <w:r>
        <w:rPr>
          <w:b/>
          <w:color w:val="1D4ED8"/>
          <w:sz w:val="22"/>
        </w:rPr>
        <w:t>1. 숙소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숙소 명칭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소 재 지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걸물 구조/면적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수용 인원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명</w:t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침실 수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실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화장실/샤워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유 / 무</w:t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취사 시설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유 / 무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냉·난방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유 / 무</w:t>
            </w:r>
          </w:p>
        </w:tc>
      </w:tr>
    </w:tbl>
    <w:p/>
    <w:p>
      <w:r>
        <w:rPr>
          <w:b/>
          <w:color w:val="1D4ED8"/>
          <w:sz w:val="22"/>
        </w:rPr>
        <w:t>2. 안전 설비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소화기 비치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유 / 무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비상구 확보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유 / 무</w:t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가스안전점검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 xml:space="preserve">완료일: 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전기안전점검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 xml:space="preserve">완료일: 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확인일: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고용주 성명: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서 명:</w:t>
              <w:br/>
              <w:br/>
              <w:t>(    )</w:t>
            </w:r>
          </w:p>
        </w:tc>
      </w:tr>
    </w:tbl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