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color w:val="8EA0BF"/>
          <w:sz w:val="16"/>
        </w:rPr>
        <w:t>K-FIMS · K-WORKER | KF-W-01</w:t>
      </w:r>
    </w:p>
    <w:p>
      <w:pPr>
        <w:jc w:val="center"/>
      </w:pPr>
      <w:r>
        <w:rPr>
          <w:b/>
          <w:color w:val="16295C"/>
          <w:sz w:val="36"/>
        </w:rPr>
        <w:t>외국인 계절근로자 참여신청서</w:t>
      </w:r>
    </w:p>
    <w:p/>
    <w:p>
      <w:r>
        <w:t>외국인 계절근로자 프로그램 참여를 희망하는 본인은 아래 사항을 사실대로 기재하여 신청합니다.</w:t>
      </w:r>
    </w:p>
    <w:p>
      <w:r>
        <w:rPr>
          <w:b/>
          <w:color w:val="1D4ED8"/>
          <w:sz w:val="22"/>
        </w:rPr>
        <w:t>1. 신청인 정보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b/>
                <w:sz w:val="18"/>
              </w:rPr>
              <w:t>성 명(국문)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성 명(영문)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493"/>
          </w:tcPr>
          <w:p>
            <w:r>
              <w:rPr>
                <w:b/>
                <w:sz w:val="18"/>
              </w:rPr>
              <w:t>생년월일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성별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493"/>
          </w:tcPr>
          <w:p>
            <w:r>
              <w:rPr>
                <w:b/>
                <w:sz w:val="18"/>
              </w:rPr>
              <w:t>국 적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여권번호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493"/>
          </w:tcPr>
          <w:p>
            <w:r>
              <w:rPr>
                <w:b/>
                <w:sz w:val="18"/>
              </w:rPr>
              <w:t>본국 연락처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이메일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493"/>
          </w:tcPr>
          <w:p>
            <w:r>
              <w:rPr>
                <w:b/>
                <w:sz w:val="18"/>
              </w:rPr>
              <w:t>본국 주소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D4ED8"/>
          <w:sz w:val="22"/>
        </w:rPr>
        <w:t>2. 희망 사항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b/>
                <w:sz w:val="18"/>
              </w:rPr>
              <w:t>희망 근무 지역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희망 작목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493"/>
          </w:tcPr>
          <w:p>
            <w:r>
              <w:rPr>
                <w:b/>
                <w:sz w:val="18"/>
              </w:rPr>
              <w:t>희망 근무 기간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한국어 수준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D4ED8"/>
          <w:sz w:val="22"/>
        </w:rPr>
        <w:t>3. 비상연락처(가족)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b/>
                <w:sz w:val="18"/>
              </w:rPr>
              <w:t>성 명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관 계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493"/>
          </w:tcPr>
          <w:p>
            <w:r>
              <w:rPr>
                <w:b/>
                <w:sz w:val="18"/>
              </w:rPr>
              <w:t>연락처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</w:tr>
    </w:tbl>
    <w:p/>
    <w:p>
      <w:r>
        <w:t>본인은 위 기재 내용이 사실과 다름이 없으며, 프로그램 운영 지침을 성실히 준수할 것을 서약합니다.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pPr>
              <w:jc w:val="center"/>
            </w:pPr>
            <w:r>
              <w:rPr>
                <w:b/>
                <w:sz w:val="20"/>
              </w:rPr>
              <w:t>신청일:</w:t>
              <w:br/>
              <w:br/>
              <w:t>(    )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b/>
                <w:sz w:val="20"/>
              </w:rPr>
              <w:t>신청인 성명:</w:t>
              <w:br/>
              <w:br/>
              <w:t>(    )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b/>
                <w:sz w:val="20"/>
              </w:rPr>
              <w:t>서 명:</w:t>
              <w:br/>
              <w:br/>
              <w:t>(    )</w:t>
            </w:r>
          </w:p>
        </w:tc>
      </w:tr>
    </w:tbl>
    <w:p/>
    <w:p>
      <w:pPr>
        <w:jc w:val="center"/>
      </w:pPr>
      <w:r>
        <w:rPr>
          <w:color w:val="8EA0BF"/>
          <w:sz w:val="16"/>
        </w:rPr>
        <w:t>케이핌스(주) · K-Worker 통합관리시스템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