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KF-W-02</w:t>
      </w:r>
    </w:p>
    <w:p>
      <w:pPr>
        <w:jc w:val="center"/>
      </w:pPr>
      <w:r>
        <w:rPr>
          <w:b/>
          <w:color w:val="16295C"/>
          <w:sz w:val="36"/>
        </w:rPr>
        <w:t>여권 사본 제출 안내</w:t>
      </w:r>
    </w:p>
    <w:p/>
    <w:p>
      <w:r>
        <w:t>여권 사본은 아래 기준에 맞게 준비하여 제출해 주시기 바랍니다.</w:t>
      </w:r>
    </w:p>
    <w:p>
      <w:r>
        <w:t>☐  유효기간이 근무 예정 기간 종료일 기준 6개월 이상 남은 여권</w:t>
      </w:r>
    </w:p>
    <w:p>
      <w:r>
        <w:t>☐  사진 및 인적사항 면이 선명하게 보이는 컬러 사본</w:t>
      </w:r>
    </w:p>
    <w:p>
      <w:r>
        <w:t>☐  여권번호, 발급일, 만료일, 발급국가가 확인 가능할 것</w:t>
      </w:r>
    </w:p>
    <w:p>
      <w:r>
        <w:t>☐  파일 형식: PDF 또는 JPG (5MB 이하)</w:t>
      </w:r>
    </w:p>
    <w:p>
      <w:r>
        <w:t>※ 유효기간이 부족한 경우 갱신 후 제출 바랍니다.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