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KF-W-03</w:t>
      </w:r>
    </w:p>
    <w:p>
      <w:pPr>
        <w:jc w:val="center"/>
      </w:pPr>
      <w:r>
        <w:rPr>
          <w:b/>
          <w:color w:val="16295C"/>
          <w:sz w:val="36"/>
        </w:rPr>
        <w:t>증명사진 제출 안내</w:t>
      </w:r>
    </w:p>
    <w:p/>
    <w:p>
      <w:r>
        <w:t>증명사진은 아래 규격에 맞게 준비하여 제출해 주시기 바랍니다.</w:t>
      </w:r>
    </w:p>
    <w:p>
      <w:r>
        <w:t>☐  규격: 3.5cm × 4.5cm (여권용)</w:t>
      </w:r>
    </w:p>
    <w:p>
      <w:r>
        <w:t>☐  촬영 시기: 최근 6개월 이내</w:t>
      </w:r>
    </w:p>
    <w:p>
      <w:r>
        <w:t>☐  배경: 흰색 또는 밝은 단색</w:t>
      </w:r>
    </w:p>
    <w:p>
      <w:r>
        <w:t>☐  모자·선글라스 착용 불가, 얼굴 정면</w:t>
      </w:r>
    </w:p>
    <w:p>
      <w:r>
        <w:t>☐  파일 형식: JPG (해상도 300dpi 이상 권장)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