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KF-W-10</w:t>
      </w:r>
    </w:p>
    <w:p>
      <w:pPr>
        <w:jc w:val="center"/>
      </w:pPr>
      <w:r>
        <w:rPr>
          <w:b/>
          <w:color w:val="16295C"/>
          <w:sz w:val="36"/>
        </w:rPr>
        <w:t>비자·사증발급 자료 제출 안내</w:t>
      </w:r>
    </w:p>
    <w:p/>
    <w:p>
      <w:r>
        <w:t>사증(E-8 등) 발급에 필요한 자료는 아래 기준에 맞게 제출해 주시기 바랍니다.</w:t>
      </w:r>
    </w:p>
    <w:p>
      <w:r>
        <w:t>☐  사증발급 신청서 (사진 부착)</w:t>
      </w:r>
    </w:p>
    <w:p>
      <w:r>
        <w:t>☐  여권 사본 및 증명사진 1매</w:t>
      </w:r>
    </w:p>
    <w:p>
      <w:r>
        <w:t>☐  최종학력 증명 또는 경력 증빙(해당 시)</w:t>
      </w:r>
    </w:p>
    <w:p>
      <w:r>
        <w:t>☐  결핵진단서 (지정 병원 발급분)</w:t>
      </w:r>
    </w:p>
    <w:p>
      <w:r>
        <w:t>☐  기타 출입국·외국인청 요구 서류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